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0"/>
        </w:rPr>
        <w:t>[School or organization]</w:t>
      </w:r>
    </w:p>
    <w:p>
      <w:pPr>
        <w:pStyle w:val="Title"/>
        <w:spacing w:before="160" w:after="160"/>
        <w:jc w:val="center"/>
      </w:pPr>
      <w:r>
        <w:t>Certificate of Attendance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1560" cy="817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ward-med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81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sz w:val="26"/>
        </w:rPr>
        <w:t>This acknowledges that</w:t>
      </w:r>
    </w:p>
    <w:p>
      <w:pPr>
        <w:jc w:val="center"/>
      </w:pPr>
      <w:r>
        <w:rPr>
          <w:b w:val="0"/>
          <w:color w:val="294D6C"/>
          <w:sz w:val="72"/>
        </w:rPr>
        <w:t>[Participant Name]</w:t>
      </w:r>
    </w:p>
    <w:p>
      <w:pPr>
        <w:jc w:val="center"/>
      </w:pPr>
      <w:r>
        <w:rPr>
          <w:b w:val="0"/>
          <w:sz w:val="32"/>
        </w:rPr>
        <w:t>attended [Event or Course Title]</w:t>
      </w:r>
    </w:p>
    <w:p>
      <w:pPr>
        <w:jc w:val="center"/>
      </w:pPr>
      <w:r>
        <w:rPr>
          <w:b w:val="0"/>
          <w:sz w:val="26"/>
        </w:rPr>
        <w:t>Provided by [Organization] on [date or date range]</w:t>
      </w:r>
    </w:p>
    <w:p>
      <w:pPr>
        <w:jc w:val="center"/>
      </w:pPr>
      <w:r>
        <w:rPr>
          <w:b w:val="0"/>
          <w:sz w:val="24"/>
        </w:rPr>
        <w:t>Recorded attendance [verified hours or sessions]</w:t>
      </w:r>
    </w:p>
    <w:p>
      <w:pPr>
        <w:jc w:val="left"/>
      </w:pPr>
      <w:r>
        <w:rPr>
          <w:b w:val="0"/>
          <w:sz w:val="8"/>
        </w:rPr>
      </w:r>
    </w:p>
    <w:p>
      <w:pPr>
        <w:spacing w:before="640"/>
        <w:jc w:val="center"/>
      </w:pPr>
      <w:r>
        <w:rPr>
          <w:b w:val="0"/>
          <w:sz w:val="24"/>
        </w:rPr>
        <w:t>[Date]                                      [Authorized name and role]</w:t>
      </w:r>
    </w:p>
    <w:sectPr w:rsidR="00FC693F" w:rsidRPr="0006063C" w:rsidSect="00034616">
      <w:pgSz w:w="16834" w:h="11909" w:orient="landscape"/>
      <w:pgMar w:top="864" w:right="936" w:bottom="864" w:left="936" w:header="720" w:footer="720" w:gutter="0"/>
      <w:cols w:space="720"/>
      <w:docGrid w:linePitch="360"/>
      <w:pgBorders w:offsetFrom="page">
        <w:top w:val="double" w:sz="16" w:space="22" w:color="203D58"/>
        <w:left w:val="double" w:sz="16" w:space="22" w:color="203D58"/>
        <w:bottom w:val="double" w:sz="16" w:space="22" w:color="203D58"/>
        <w:right w:val="double" w:sz="16" w:space="22" w:color="203D5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Attendance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