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0"/>
        </w:rPr>
        <w:t>A FAMILY KEEPSAKE</w:t>
      </w:r>
    </w:p>
    <w:p>
      <w:pPr>
        <w:pStyle w:val="Title"/>
        <w:spacing w:before="160" w:after="160"/>
        <w:jc w:val="center"/>
      </w:pPr>
      <w:r>
        <w:t>Commemorative Birth Keepsake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57600" cy="621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epsake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21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sz w:val="32"/>
        </w:rPr>
        <w:t>Welcome to the world</w:t>
      </w:r>
    </w:p>
    <w:p>
      <w:pPr>
        <w:jc w:val="center"/>
      </w:pPr>
      <w:r>
        <w:rPr>
          <w:b w:val="0"/>
          <w:color w:val="294D6C"/>
          <w:sz w:val="72"/>
        </w:rPr>
        <w:t>[Child Name]</w:t>
      </w:r>
    </w:p>
    <w:p>
      <w:pPr>
        <w:jc w:val="center"/>
      </w:pPr>
      <w:r>
        <w:rPr>
          <w:b w:val="0"/>
          <w:sz w:val="30"/>
        </w:rPr>
        <w:t>Born on [date] at [place optional]</w:t>
      </w:r>
    </w:p>
    <w:p>
      <w:pPr>
        <w:jc w:val="center"/>
      </w:pPr>
      <w:r>
        <w:rPr>
          <w:b w:val="0"/>
          <w:sz w:val="26"/>
        </w:rPr>
        <w:t>[A personal message from the family]</w:t>
      </w:r>
    </w:p>
    <w:p>
      <w:pPr>
        <w:jc w:val="center"/>
      </w:pPr>
      <w:r>
        <w:rPr>
          <w:b w:val="0"/>
          <w:sz w:val="20"/>
        </w:rPr>
        <w:t>For personal display only   Not an official birth record</w:t>
      </w:r>
    </w:p>
    <w:p>
      <w:pPr>
        <w:jc w:val="left"/>
      </w:pPr>
      <w:r>
        <w:rPr>
          <w:b w:val="0"/>
          <w:sz w:val="8"/>
        </w:rPr>
      </w:r>
    </w:p>
    <w:p>
      <w:pPr>
        <w:spacing w:before="640"/>
        <w:jc w:val="center"/>
      </w:pPr>
      <w:r>
        <w:rPr>
          <w:b w:val="0"/>
          <w:sz w:val="24"/>
        </w:rPr>
        <w:t>[Created by]                                      [Keepsake date]</w:t>
      </w:r>
    </w:p>
    <w:sectPr w:rsidR="00FC693F" w:rsidRPr="0006063C" w:rsidSect="00034616">
      <w:pgSz w:w="16834" w:h="11909" w:orient="landscape"/>
      <w:pgMar w:top="864" w:right="936" w:bottom="864" w:left="936" w:header="720" w:footer="720" w:gutter="0"/>
      <w:cols w:space="720"/>
      <w:docGrid w:linePitch="360"/>
      <w:pgBorders w:offsetFrom="page">
        <w:top w:val="double" w:sz="16" w:space="22" w:color="AEC9C7"/>
        <w:left w:val="double" w:sz="16" w:space="22" w:color="AEC9C7"/>
        <w:bottom w:val="double" w:sz="16" w:space="22" w:color="AEC9C7"/>
        <w:right w:val="double" w:sz="16" w:space="22" w:color="AEC9C7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Commemorative Birth Keepsake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