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373368" cy="672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672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No Objection Letter</w:t>
      </w:r>
    </w:p>
    <w:p>
      <w:r>
        <w:rPr>
          <w:b/>
        </w:rPr>
        <w:t xml:space="preserve">Issuing organization  </w:t>
      </w:r>
      <w:r>
        <w:rPr>
          <w:color w:val="346888"/>
        </w:rPr>
        <w:t>[Enter issuing organization]</w:t>
      </w:r>
    </w:p>
    <w:p>
      <w:r>
        <w:rPr>
          <w:b/>
        </w:rPr>
        <w:t xml:space="preserve">Official contact details  </w:t>
      </w:r>
      <w:r>
        <w:rPr>
          <w:color w:val="346888"/>
        </w:rPr>
        <w:t>[Enter official contact details]</w:t>
      </w:r>
    </w:p>
    <w:p>
      <w:pPr>
        <w:jc w:val="left"/>
      </w:pPr>
      <w:r>
        <w:rPr>
          <w:b w:val="0"/>
        </w:rPr>
        <w:t>Date [Date]     Reference [Reference]</w:t>
      </w:r>
    </w:p>
    <w:p>
      <w:pPr>
        <w:jc w:val="left"/>
      </w:pPr>
      <w:r>
        <w:rPr>
          <w:b w:val="0"/>
        </w:rPr>
        <w:t>To [Recipient name or office]</w:t>
      </w:r>
    </w:p>
    <w:p>
      <w:pPr>
        <w:jc w:val="left"/>
      </w:pPr>
      <w:r>
        <w:rPr>
          <w:b/>
        </w:rPr>
        <w:t>Subject No objection concerning [specific activity]</w:t>
      </w:r>
    </w:p>
    <w:p>
      <w:pPr>
        <w:jc w:val="left"/>
      </w:pPr>
      <w:r>
        <w:rPr>
          <w:b w:val="0"/>
        </w:rPr>
        <w:t>This letter concerns [person or organization and the minimum identifying detail required].</w:t>
      </w:r>
    </w:p>
    <w:p>
      <w:pPr>
        <w:jc w:val="left"/>
      </w:pPr>
      <w:r>
        <w:rPr>
          <w:b w:val="0"/>
        </w:rPr>
        <w:t>[Issuing organization], acting through [authorized role], has no objection to [specific activity] during [dates or defined scope], subject to [accurate conditions if any].</w:t>
      </w:r>
    </w:p>
    <w:p>
      <w:pPr>
        <w:jc w:val="left"/>
      </w:pPr>
      <w:r>
        <w:rPr>
          <w:b w:val="0"/>
        </w:rPr>
        <w:t>This statement is limited to the activity and scope described above.</w:t>
      </w:r>
    </w:p>
    <w:p>
      <w:pPr>
        <w:jc w:val="left"/>
      </w:pPr>
      <w:r>
        <w:rPr>
          <w:b w:val="0"/>
        </w:rPr>
        <w:t>For verification, please contact [authorized office] using [official contact details].</w:t>
      </w:r>
    </w:p>
    <w:p>
      <w:pPr>
        <w:jc w:val="left"/>
      </w:pPr>
      <w:r>
        <w:rPr>
          <w:b w:val="0"/>
        </w:rPr>
        <w:t>Sincerely,</w:t>
      </w:r>
    </w:p>
    <w:p>
      <w:pPr>
        <w:jc w:val="left"/>
      </w:pPr>
      <w:r>
        <w:rPr>
          <w:b w:val="0"/>
        </w:rPr>
        <w:t>[Authorized signature]</w:t>
        <w:br/>
        <w:t>[Name]</w:t>
        <w:br/>
        <w:t>[Role]</w:t>
        <w:br/>
        <w:t>[Organization]</w:t>
      </w:r>
    </w:p>
    <w:p>
      <w:pPr>
        <w:spacing w:before="100"/>
        <w:jc w:val="left"/>
      </w:pPr>
      <w:r>
        <w:rPr>
          <w:b w:val="0"/>
          <w:i/>
          <w:color w:val="555555"/>
          <w:sz w:val="18"/>
        </w:rPr>
        <w:t>Draft for the authorized issuer. Check the recipient's required format before signing. Do not copy another organization's letterhead or signature.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Objection Letter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