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6373368" cy="67274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or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73368" cy="6727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Professional Follow Up Email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18"/>
        <w:gridCol w:w="5018"/>
      </w:tblGrid>
      <w:tr>
        <w:trPr>
          <w:tblHeader/>
        </w:trPr>
        <w:tc>
          <w:tcPr>
            <w:tcW w:type="dxa" w:w="3024"/>
            <w:shd w:fill="203D5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>
            <w:pPr>
              <w:spacing w:after="60" w:before="60"/>
              <w:jc w:val="center"/>
            </w:pPr>
            <w:r>
              <w:rPr>
                <w:b/>
                <w:color w:val="FFFFFF"/>
                <w:sz w:val="20"/>
              </w:rPr>
              <w:t>To</w:t>
            </w:r>
          </w:p>
        </w:tc>
        <w:tc>
          <w:tcPr>
            <w:tcW w:type="dxa" w:w="7013"/>
            <w:shd w:fill="203D5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>
            <w:pPr>
              <w:spacing w:after="60" w:before="60"/>
              <w:jc w:val="center"/>
            </w:pPr>
            <w:r>
              <w:rPr>
                <w:b/>
                <w:color w:val="FFFFFF"/>
                <w:sz w:val="20"/>
              </w:rPr>
              <w:t>Subject</w:t>
            </w:r>
          </w:p>
        </w:tc>
      </w:tr>
      <w:tr>
        <w:tc>
          <w:tcPr>
            <w:tcW w:type="dxa" w:w="302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>
            <w:pPr>
              <w:spacing w:after="60" w:before="60"/>
            </w:pPr>
            <w:r>
              <w:rPr>
                <w:sz w:val="20"/>
              </w:rPr>
              <w:t>[Recipient]</w:t>
            </w:r>
          </w:p>
        </w:tc>
        <w:tc>
          <w:tcPr>
            <w:tcW w:type="dxa" w:w="7013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>
            <w:pPr>
              <w:spacing w:after="60" w:before="60"/>
            </w:pPr>
            <w:r>
              <w:rPr>
                <w:sz w:val="20"/>
              </w:rPr>
              <w:t>[Topic] Action needed by [date]</w:t>
            </w:r>
          </w:p>
        </w:tc>
      </w:tr>
    </w:tbl>
    <w:p>
      <w:pPr>
        <w:spacing w:after="0"/>
      </w:pPr>
    </w:p>
    <w:p>
      <w:pPr>
        <w:jc w:val="left"/>
      </w:pPr>
      <w:r>
        <w:rPr>
          <w:b w:val="0"/>
        </w:rPr>
        <w:t>Hello [Name],</w:t>
      </w:r>
    </w:p>
    <w:p>
      <w:pPr>
        <w:jc w:val="left"/>
      </w:pPr>
      <w:r>
        <w:rPr>
          <w:b w:val="0"/>
        </w:rPr>
        <w:t>Following our [meeting or message] on [date], could you please [specific action] by [date and time zone if relevant]?</w:t>
      </w:r>
    </w:p>
    <w:p>
      <w:pPr>
        <w:pStyle w:val="Heading1"/>
      </w:pPr>
      <w:r>
        <w:t>Context</w:t>
      </w:r>
    </w:p>
    <w:p>
      <w:pPr>
        <w:jc w:val="left"/>
      </w:pPr>
      <w:r>
        <w:rPr>
          <w:b w:val="0"/>
        </w:rPr>
        <w:t>Current position [One sentence]</w:t>
        <w:br/>
        <w:t>Decision or information needed [Detail]</w:t>
        <w:br/>
        <w:t>Relevant file or reference [Location and version]</w:t>
      </w:r>
    </w:p>
    <w:p>
      <w:pPr>
        <w:jc w:val="left"/>
      </w:pPr>
      <w:r>
        <w:rPr>
          <w:b w:val="0"/>
        </w:rPr>
        <w:t>If that timing is not workable, please suggest an alternative so we can [practical next step].</w:t>
      </w:r>
    </w:p>
    <w:p>
      <w:pPr>
        <w:jc w:val="left"/>
      </w:pPr>
      <w:r>
        <w:rPr>
          <w:b w:val="0"/>
        </w:rPr>
        <w:t>Thank you,</w:t>
        <w:br/>
        <w:t>[Name]</w:t>
        <w:br/>
        <w:t>[Role]</w:t>
        <w:br/>
        <w:t>[Contact details]</w:t>
      </w:r>
    </w:p>
    <w:p>
      <w:pPr>
        <w:pStyle w:val="Heading1"/>
      </w:pPr>
      <w:r>
        <w:t>Before sending</w:t>
      </w:r>
    </w:p>
    <w:p>
      <w:pPr>
        <w:jc w:val="left"/>
      </w:pPr>
      <w:r>
        <w:rPr>
          <w:b w:val="0"/>
        </w:rPr>
        <w:t>( ) Correct recipient     ( ) Attachment or link included</w:t>
        <w:br/>
        <w:t>( ) Access checked     ( ) Placeholders removed</w:t>
      </w:r>
    </w:p>
    <w:sectPr w:rsidR="00FC693F" w:rsidRPr="0006063C" w:rsidSect="00034616">
      <w:pgSz w:w="11909" w:h="16834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2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Follow Up Email</dc:title>
  <dc:subject/>
  <dc:creator>Words Templates Pro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