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0"/>
        </w:rPr>
        <w:t>[School or organization]</w:t>
      </w:r>
    </w:p>
    <w:p>
      <w:pPr>
        <w:pStyle w:val="Title"/>
        <w:spacing w:before="160" w:after="160"/>
        <w:jc w:val="center"/>
      </w:pPr>
      <w:r>
        <w:t>Student Achievement Award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1560" cy="817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ward-med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817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 w:val="0"/>
          <w:sz w:val="26"/>
        </w:rPr>
        <w:t>Presented to</w:t>
      </w:r>
    </w:p>
    <w:p>
      <w:pPr>
        <w:jc w:val="center"/>
      </w:pPr>
      <w:r>
        <w:rPr>
          <w:b w:val="0"/>
          <w:color w:val="294D6C"/>
          <w:sz w:val="72"/>
        </w:rPr>
        <w:t>[Student Name]</w:t>
      </w:r>
    </w:p>
    <w:p>
      <w:pPr>
        <w:jc w:val="center"/>
      </w:pPr>
      <w:r>
        <w:rPr>
          <w:b w:val="0"/>
          <w:sz w:val="30"/>
        </w:rPr>
        <w:t>For [specific achievement or contribution]</w:t>
      </w:r>
    </w:p>
    <w:p>
      <w:pPr>
        <w:jc w:val="center"/>
      </w:pPr>
      <w:r>
        <w:rPr>
          <w:b w:val="0"/>
          <w:sz w:val="24"/>
        </w:rPr>
        <w:t>During [award period]</w:t>
      </w:r>
    </w:p>
    <w:p>
      <w:pPr>
        <w:jc w:val="center"/>
      </w:pPr>
      <w:r>
        <w:rPr>
          <w:b w:val="0"/>
          <w:sz w:val="24"/>
        </w:rPr>
        <w:t>[A short sentence recognizing the student's effort and result]</w:t>
      </w:r>
    </w:p>
    <w:p>
      <w:pPr>
        <w:jc w:val="left"/>
      </w:pPr>
      <w:r>
        <w:rPr>
          <w:b w:val="0"/>
          <w:sz w:val="8"/>
        </w:rPr>
      </w:r>
    </w:p>
    <w:p>
      <w:pPr>
        <w:spacing w:before="640"/>
        <w:jc w:val="center"/>
      </w:pPr>
      <w:r>
        <w:rPr>
          <w:b w:val="0"/>
          <w:sz w:val="24"/>
        </w:rPr>
        <w:t>[Date]                                      [Authorized name and role]</w:t>
      </w:r>
    </w:p>
    <w:sectPr w:rsidR="00FC693F" w:rsidRPr="0006063C" w:rsidSect="00034616">
      <w:pgSz w:w="16834" w:h="11909" w:orient="landscape"/>
      <w:pgMar w:top="864" w:right="936" w:bottom="864" w:left="936" w:header="720" w:footer="720" w:gutter="0"/>
      <w:cols w:space="720"/>
      <w:docGrid w:linePitch="360"/>
      <w:pgBorders w:offsetFrom="page">
        <w:top w:val="double" w:sz="16" w:space="22" w:color="203D58"/>
        <w:left w:val="double" w:sz="16" w:space="22" w:color="203D58"/>
        <w:bottom w:val="double" w:sz="16" w:space="22" w:color="203D58"/>
        <w:right w:val="double" w:sz="16" w:space="22" w:color="203D5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Achievement Award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