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 w:val="0"/>
          <w:sz w:val="30"/>
        </w:rPr>
        <w:t>[School or organization]</w:t>
      </w:r>
    </w:p>
    <w:p>
      <w:pPr>
        <w:pStyle w:val="Title"/>
        <w:spacing w:before="160" w:after="160"/>
        <w:jc w:val="center"/>
      </w:pPr>
      <w:r>
        <w:t>Certificate of Training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051560" cy="8178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ward-medal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51560" cy="8178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 w:val="0"/>
          <w:sz w:val="26"/>
        </w:rPr>
        <w:t>This acknowledges that</w:t>
      </w:r>
    </w:p>
    <w:p>
      <w:pPr>
        <w:jc w:val="center"/>
      </w:pPr>
      <w:r>
        <w:rPr>
          <w:b w:val="0"/>
          <w:color w:val="294D6C"/>
          <w:sz w:val="72"/>
        </w:rPr>
        <w:t>[Participant Name]</w:t>
      </w:r>
    </w:p>
    <w:p>
      <w:pPr>
        <w:jc w:val="center"/>
      </w:pPr>
      <w:r>
        <w:rPr>
          <w:b w:val="0"/>
          <w:sz w:val="32"/>
        </w:rPr>
        <w:t>completed [Training Course Title]</w:t>
      </w:r>
    </w:p>
    <w:p>
      <w:pPr>
        <w:jc w:val="center"/>
      </w:pPr>
      <w:r>
        <w:rPr>
          <w:b w:val="0"/>
          <w:sz w:val="26"/>
        </w:rPr>
        <w:t>Provided by [Organization] on [training date]</w:t>
      </w:r>
    </w:p>
    <w:p>
      <w:pPr>
        <w:jc w:val="center"/>
      </w:pPr>
      <w:r>
        <w:rPr>
          <w:b w:val="0"/>
          <w:sz w:val="24"/>
        </w:rPr>
        <w:t>Training scope [topics or verified hours]</w:t>
      </w:r>
    </w:p>
    <w:p>
      <w:pPr>
        <w:jc w:val="left"/>
      </w:pPr>
      <w:r>
        <w:rPr>
          <w:b w:val="0"/>
          <w:sz w:val="8"/>
        </w:rPr>
      </w:r>
    </w:p>
    <w:p>
      <w:pPr>
        <w:spacing w:before="640"/>
        <w:jc w:val="center"/>
      </w:pPr>
      <w:r>
        <w:rPr>
          <w:b w:val="0"/>
          <w:sz w:val="24"/>
        </w:rPr>
        <w:t>[Date]                                      [Authorized name and role]</w:t>
      </w:r>
    </w:p>
    <w:sectPr w:rsidR="00FC693F" w:rsidRPr="0006063C" w:rsidSect="00034616">
      <w:pgSz w:w="16834" w:h="11909" w:orient="landscape"/>
      <w:pgMar w:top="864" w:right="936" w:bottom="864" w:left="936" w:header="720" w:footer="720" w:gutter="0"/>
      <w:cols w:space="720"/>
      <w:docGrid w:linePitch="360"/>
      <w:pgBorders w:offsetFrom="page">
        <w:top w:val="double" w:sz="16" w:space="22" w:color="203D58"/>
        <w:left w:val="double" w:sz="16" w:space="22" w:color="203D58"/>
        <w:bottom w:val="double" w:sz="16" w:space="22" w:color="203D58"/>
        <w:right w:val="double" w:sz="16" w:space="22" w:color="203D58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254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 Of Attendance</dc:title>
  <dc:subject/>
  <dc:creator>Words Templates Pro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